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329B" w14:textId="77777777" w:rsidR="000F5B88" w:rsidRDefault="00000000">
      <w:pPr>
        <w:jc w:val="center"/>
      </w:pPr>
      <w:r>
        <w:rPr>
          <w:b/>
          <w:sz w:val="28"/>
        </w:rPr>
        <w:t>COMUNE DI CASTELNUOVO DI PORTO</w:t>
      </w:r>
    </w:p>
    <w:p w14:paraId="7E1F59A5" w14:textId="77777777" w:rsidR="000F5B88" w:rsidRDefault="00000000">
      <w:pPr>
        <w:jc w:val="center"/>
      </w:pPr>
      <w:r>
        <w:rPr>
          <w:i/>
          <w:sz w:val="20"/>
        </w:rPr>
        <w:t>Città Metropolitana di Roma Capitale</w:t>
      </w:r>
    </w:p>
    <w:p w14:paraId="13BEFA2B" w14:textId="77777777" w:rsidR="000F5B88" w:rsidRDefault="00000000">
      <w:pPr>
        <w:jc w:val="center"/>
      </w:pPr>
      <w:r>
        <w:rPr>
          <w:b/>
          <w:sz w:val="24"/>
        </w:rPr>
        <w:t>ALLEGATO B - MODELLO DI DOMANDA</w:t>
      </w:r>
    </w:p>
    <w:p w14:paraId="208FF467" w14:textId="77777777" w:rsidR="000F5B88" w:rsidRDefault="00000000">
      <w:pPr>
        <w:jc w:val="center"/>
      </w:pPr>
      <w:r>
        <w:rPr>
          <w:b/>
          <w:sz w:val="25"/>
        </w:rPr>
        <w:t>MANIFESTAZIONE DI INTERESSE - PROGRAMMAZIONE SPERIMENTALE 2026/2027</w:t>
      </w:r>
      <w:r>
        <w:rPr>
          <w:b/>
          <w:sz w:val="25"/>
        </w:rPr>
        <w:br/>
        <w:t>TEATRO COMUNALE “ENRICO MARIA SALERNO”</w:t>
      </w:r>
    </w:p>
    <w:p w14:paraId="4D9FD069" w14:textId="77777777" w:rsidR="000F5B88" w:rsidRDefault="00000000">
      <w:r>
        <w:t>Al Comune di Castelnuovo di Porto</w:t>
      </w:r>
      <w:r>
        <w:br/>
        <w:t>Ufficio Protocollo</w:t>
      </w:r>
    </w:p>
    <w:p w14:paraId="070B2071" w14:textId="77777777" w:rsidR="000F5B88" w:rsidRDefault="00000000">
      <w:r>
        <w:rPr>
          <w:b/>
        </w:rPr>
        <w:t xml:space="preserve">Il/La sottoscritto/a </w:t>
      </w:r>
      <w:r>
        <w:t>______________________________________________</w:t>
      </w:r>
    </w:p>
    <w:p w14:paraId="50E84FCA" w14:textId="77777777" w:rsidR="000F5B88" w:rsidRDefault="00000000">
      <w:r>
        <w:t>nato/a a ______________________________ il __________________</w:t>
      </w:r>
    </w:p>
    <w:p w14:paraId="7B49CFD2" w14:textId="77777777" w:rsidR="000F5B88" w:rsidRDefault="00000000">
      <w:r>
        <w:t>in qualità di legale rappresentante / referente di __________________________________________</w:t>
      </w:r>
    </w:p>
    <w:p w14:paraId="59B6AA84" w14:textId="77777777" w:rsidR="000F5B88" w:rsidRDefault="00000000">
      <w:r>
        <w:t>con sede/residenza in __________________________________________ CAP __________</w:t>
      </w:r>
    </w:p>
    <w:p w14:paraId="4FB87447" w14:textId="77777777" w:rsidR="000F5B88" w:rsidRDefault="00000000">
      <w:r>
        <w:t>C.F./P.IVA __________________________________________</w:t>
      </w:r>
    </w:p>
    <w:p w14:paraId="725197F7" w14:textId="77777777" w:rsidR="000F5B88" w:rsidRDefault="00000000">
      <w:r>
        <w:t>telefono __________________________ e-mail __________________________</w:t>
      </w:r>
    </w:p>
    <w:p w14:paraId="3F3FC635" w14:textId="77777777" w:rsidR="000F5B88" w:rsidRDefault="00000000">
      <w:r>
        <w:t>PEC __________________________________________</w:t>
      </w:r>
    </w:p>
    <w:p w14:paraId="0CA3B341" w14:textId="77777777" w:rsidR="000F5B88" w:rsidRDefault="00000000">
      <w:pPr>
        <w:jc w:val="center"/>
      </w:pPr>
      <w:r>
        <w:rPr>
          <w:b/>
        </w:rPr>
        <w:t>CHIEDE</w:t>
      </w:r>
    </w:p>
    <w:p w14:paraId="7F206979" w14:textId="77777777" w:rsidR="000F5B88" w:rsidRDefault="00000000">
      <w:r>
        <w:t>che la seguente proposta sia presa in considerazione ai fini della formazione della programmazione sperimentale 2026/2027 del Teatro Comunale “Enrico Maria Salerno”.</w:t>
      </w:r>
    </w:p>
    <w:p w14:paraId="197B5540" w14:textId="77777777" w:rsidR="000F5B88" w:rsidRDefault="00000000">
      <w:r>
        <w:rPr>
          <w:b/>
        </w:rPr>
        <w:t>Titolo dello spettacolo / iniziativa</w:t>
      </w:r>
    </w:p>
    <w:p w14:paraId="2B822954" w14:textId="77777777" w:rsidR="000F5B88" w:rsidRDefault="00000000">
      <w:r>
        <w:t>____________________________________________________________________________________________</w:t>
      </w:r>
    </w:p>
    <w:p w14:paraId="3B785462" w14:textId="77777777" w:rsidR="000F5B88" w:rsidRDefault="00000000">
      <w:r>
        <w:rPr>
          <w:b/>
        </w:rPr>
        <w:t>Descrizione sintetica e contenuto artistico</w:t>
      </w:r>
    </w:p>
    <w:p w14:paraId="1249F76A" w14:textId="77777777" w:rsidR="000F5B88" w:rsidRDefault="00000000">
      <w:r>
        <w:t>____________________________________________________________________________________________</w:t>
      </w:r>
    </w:p>
    <w:p w14:paraId="3AA55FBF" w14:textId="77777777" w:rsidR="000F5B88" w:rsidRDefault="00000000">
      <w:r>
        <w:t>____________________________________________________________________________________________</w:t>
      </w:r>
    </w:p>
    <w:p w14:paraId="7556EBBD" w14:textId="77777777" w:rsidR="000F5B88" w:rsidRDefault="00000000">
      <w:r>
        <w:t>____________________________________________________________________________________________</w:t>
      </w:r>
    </w:p>
    <w:p w14:paraId="229EAB32" w14:textId="77777777" w:rsidR="000F5B88" w:rsidRDefault="00000000">
      <w:r>
        <w:t>____________________________________________________________________________________________</w:t>
      </w:r>
    </w:p>
    <w:p w14:paraId="3C1A689E" w14:textId="77777777" w:rsidR="000F5B88" w:rsidRDefault="00000000">
      <w:r>
        <w:rPr>
          <w:b/>
        </w:rPr>
        <w:t>Soggetto proponente e breve curriculum</w:t>
      </w:r>
    </w:p>
    <w:p w14:paraId="5C2C4BDD" w14:textId="77777777" w:rsidR="000F5B88" w:rsidRDefault="00000000">
      <w:r>
        <w:t>____________________________________________________________________________________________</w:t>
      </w:r>
    </w:p>
    <w:p w14:paraId="2A674EA7" w14:textId="77777777" w:rsidR="000F5B88" w:rsidRDefault="00000000">
      <w:r>
        <w:t>____________________________________________________________________________________________</w:t>
      </w:r>
    </w:p>
    <w:p w14:paraId="58412FB0" w14:textId="77777777" w:rsidR="000F5B88" w:rsidRDefault="00000000">
      <w:r>
        <w:t>____________________________________________________________________________________________</w:t>
      </w:r>
    </w:p>
    <w:p w14:paraId="57CF56AA" w14:textId="77777777" w:rsidR="000F5B88" w:rsidRDefault="00000000">
      <w:r>
        <w:rPr>
          <w:b/>
        </w:rPr>
        <w:t>Artisti / compagnia coinvolti</w:t>
      </w:r>
    </w:p>
    <w:p w14:paraId="483CAEE5" w14:textId="77777777" w:rsidR="000F5B88" w:rsidRDefault="00000000">
      <w:r>
        <w:t>____________________________________________________________________________________________</w:t>
      </w:r>
    </w:p>
    <w:p w14:paraId="5B0E59B0" w14:textId="77777777" w:rsidR="000F5B88" w:rsidRDefault="00000000">
      <w:r>
        <w:t>____________________________________________________________________________________________</w:t>
      </w:r>
    </w:p>
    <w:p w14:paraId="50938E40" w14:textId="77777777" w:rsidR="000F5B88" w:rsidRDefault="00000000">
      <w:r>
        <w:rPr>
          <w:b/>
        </w:rPr>
        <w:lastRenderedPageBreak/>
        <w:t>Durata prevista</w:t>
      </w:r>
    </w:p>
    <w:p w14:paraId="47C51ADF" w14:textId="77777777" w:rsidR="000F5B88" w:rsidRDefault="00000000">
      <w:r>
        <w:t>____________________________________________________________________________________________</w:t>
      </w:r>
    </w:p>
    <w:p w14:paraId="6FA4ACE2" w14:textId="77777777" w:rsidR="000F5B88" w:rsidRDefault="00000000">
      <w:r>
        <w:rPr>
          <w:b/>
        </w:rPr>
        <w:t>Pubblico di riferimento</w:t>
      </w:r>
    </w:p>
    <w:p w14:paraId="1B894C12" w14:textId="77777777" w:rsidR="000F5B88" w:rsidRDefault="00000000">
      <w:r>
        <w:t>____________________________________________________________________________________________</w:t>
      </w:r>
    </w:p>
    <w:p w14:paraId="7D380CA7" w14:textId="77777777" w:rsidR="000F5B88" w:rsidRDefault="00000000">
      <w:r>
        <w:rPr>
          <w:b/>
        </w:rPr>
        <w:t>Date o periodi di preferenza e disponibilità</w:t>
      </w:r>
    </w:p>
    <w:p w14:paraId="6A4A52C2" w14:textId="77777777" w:rsidR="000F5B88" w:rsidRDefault="00000000">
      <w:r>
        <w:t>____________________________________________________________________________________________</w:t>
      </w:r>
    </w:p>
    <w:p w14:paraId="4055D27D" w14:textId="77777777" w:rsidR="000F5B88" w:rsidRDefault="00000000">
      <w:r>
        <w:t>____________________________________________________________________________________________</w:t>
      </w:r>
    </w:p>
    <w:p w14:paraId="3778E279" w14:textId="77777777" w:rsidR="000F5B88" w:rsidRDefault="00000000">
      <w:r>
        <w:rPr>
          <w:b/>
        </w:rPr>
        <w:t>Esigenze tecniche e logistiche</w:t>
      </w:r>
    </w:p>
    <w:p w14:paraId="3395065D" w14:textId="77777777" w:rsidR="000F5B88" w:rsidRDefault="00000000">
      <w:r>
        <w:t>____________________________________________________________________________________________</w:t>
      </w:r>
    </w:p>
    <w:p w14:paraId="7721DF6B" w14:textId="77777777" w:rsidR="000F5B88" w:rsidRDefault="00000000">
      <w:r>
        <w:t>____________________________________________________________________________________________</w:t>
      </w:r>
    </w:p>
    <w:p w14:paraId="69851091" w14:textId="77777777" w:rsidR="000F5B88" w:rsidRDefault="00000000">
      <w:r>
        <w:t>____________________________________________________________________________________________</w:t>
      </w:r>
    </w:p>
    <w:p w14:paraId="30D97EE4" w14:textId="77777777" w:rsidR="000F5B88" w:rsidRDefault="00000000">
      <w:r>
        <w:rPr>
          <w:b/>
        </w:rPr>
        <w:t>CONDIZIONI ECONOMICHE PROPOSTE</w:t>
      </w:r>
    </w:p>
    <w:p w14:paraId="22E5C01B" w14:textId="77777777" w:rsidR="000F5B88" w:rsidRDefault="00000000">
      <w:r>
        <w:t>☐ realizzazione mediante sbigliettamento / gestione degli incassi</w:t>
      </w:r>
    </w:p>
    <w:p w14:paraId="63078607" w14:textId="77777777" w:rsidR="000F5B88" w:rsidRDefault="00000000">
      <w:r>
        <w:t>☐ richiesta di cachet o corrispettivo</w:t>
      </w:r>
    </w:p>
    <w:p w14:paraId="32AD998E" w14:textId="77777777" w:rsidR="000F5B88" w:rsidRDefault="00000000">
      <w:r>
        <w:t>☐ iniziativa a titolo gratuito</w:t>
      </w:r>
    </w:p>
    <w:p w14:paraId="48E89C5A" w14:textId="77777777" w:rsidR="000F5B88" w:rsidRDefault="00000000">
      <w:r>
        <w:t>☐ utilizzo gratuito dello spazio / collaborazione istituzionale, ove previsto</w:t>
      </w:r>
    </w:p>
    <w:p w14:paraId="1EC2F247" w14:textId="77777777" w:rsidR="000F5B88" w:rsidRDefault="00000000">
      <w:r>
        <w:t>☐ altra formula: ________________________________________________</w:t>
      </w:r>
    </w:p>
    <w:p w14:paraId="37D54F82" w14:textId="77777777" w:rsidR="000F5B88" w:rsidRDefault="00000000">
      <w:r>
        <w:t>Importo eventualmente richiesto al Comune: € ____________________ oltre IVA/oneri se dovuti.</w:t>
      </w:r>
    </w:p>
    <w:p w14:paraId="0D57ED2B" w14:textId="77777777" w:rsidR="000F5B88" w:rsidRDefault="00000000">
      <w:r>
        <w:t>Prezzo indicativo del biglietto, ove previsto: € ____________________.</w:t>
      </w:r>
    </w:p>
    <w:p w14:paraId="01325448" w14:textId="77777777" w:rsidR="000F5B88" w:rsidRDefault="00000000">
      <w:r>
        <w:rPr>
          <w:b/>
        </w:rPr>
        <w:t>Ulteriori condizioni economiche o organizzative</w:t>
      </w:r>
    </w:p>
    <w:p w14:paraId="02D7F07A" w14:textId="77777777" w:rsidR="000F5B88" w:rsidRDefault="00000000">
      <w:r>
        <w:t>____________________________________________________________________________________________</w:t>
      </w:r>
    </w:p>
    <w:p w14:paraId="31313324" w14:textId="77777777" w:rsidR="000F5B88" w:rsidRDefault="00000000">
      <w:r>
        <w:t>____________________________________________________________________________________________</w:t>
      </w:r>
    </w:p>
    <w:p w14:paraId="4783C19B" w14:textId="77777777" w:rsidR="000F5B88" w:rsidRDefault="00000000">
      <w:r>
        <w:rPr>
          <w:b/>
        </w:rPr>
        <w:t>ADEMPIMENTI</w:t>
      </w:r>
    </w:p>
    <w:p w14:paraId="24A73A7A" w14:textId="77777777" w:rsidR="000F5B88" w:rsidRDefault="00000000">
      <w:r>
        <w:t>SIAE / diritti d’autore: ☐ a carico del proponente ☐ da definire ☐ non dovuti</w:t>
      </w:r>
    </w:p>
    <w:p w14:paraId="3E7B3057" w14:textId="77777777" w:rsidR="000F5B88" w:rsidRDefault="00000000">
      <w:r>
        <w:t>Adempimenti previdenziali/assicurativi e agibilità ove prevista: ☐ a carico del proponente ☐ da definire</w:t>
      </w:r>
    </w:p>
    <w:p w14:paraId="16FA412A" w14:textId="77777777" w:rsidR="000F5B88" w:rsidRDefault="00000000">
      <w:r>
        <w:t>Eventuali ulteriori autorizzazioni o adempimenti: __________________________________________</w:t>
      </w:r>
    </w:p>
    <w:p w14:paraId="19A2ADA5" w14:textId="77777777" w:rsidR="000F5B88" w:rsidRDefault="00000000">
      <w:r>
        <w:rPr>
          <w:b/>
        </w:rPr>
        <w:t>ALLEGATI</w:t>
      </w:r>
    </w:p>
    <w:p w14:paraId="10EC4E10" w14:textId="77777777" w:rsidR="000F5B88" w:rsidRDefault="00000000">
      <w:r>
        <w:t>☐ curriculum del soggetto proponente / compagnia / artisti</w:t>
      </w:r>
    </w:p>
    <w:p w14:paraId="547B7B5A" w14:textId="77777777" w:rsidR="000F5B88" w:rsidRDefault="00000000">
      <w:r>
        <w:t>☐ scheda artistica dello spettacolo</w:t>
      </w:r>
    </w:p>
    <w:p w14:paraId="203806BC" w14:textId="77777777" w:rsidR="000F5B88" w:rsidRDefault="00000000">
      <w:r>
        <w:t>☐ scheda tecnica</w:t>
      </w:r>
    </w:p>
    <w:p w14:paraId="20672860" w14:textId="77777777" w:rsidR="000F5B88" w:rsidRDefault="00000000">
      <w:r>
        <w:t>☐ materiale fotografico, video o link</w:t>
      </w:r>
    </w:p>
    <w:p w14:paraId="3084A8B1" w14:textId="77777777" w:rsidR="000F5B88" w:rsidRDefault="00000000">
      <w:r>
        <w:lastRenderedPageBreak/>
        <w:t>☐ documento di identità del sottoscrittore</w:t>
      </w:r>
    </w:p>
    <w:p w14:paraId="6C486285" w14:textId="77777777" w:rsidR="000F5B88" w:rsidRDefault="00000000">
      <w:r>
        <w:t>☐ altro: ________________________________________________</w:t>
      </w:r>
    </w:p>
    <w:p w14:paraId="2FF86873" w14:textId="77777777" w:rsidR="000F5B88" w:rsidRDefault="00000000">
      <w:r>
        <w:rPr>
          <w:b/>
        </w:rPr>
        <w:t>DICHIARAZIONI</w:t>
      </w:r>
    </w:p>
    <w:p w14:paraId="67CBDF6A" w14:textId="77777777" w:rsidR="000F5B88" w:rsidRDefault="00000000">
      <w:r>
        <w:t>Il/La sottoscritto/a dichiara di aver preso visione dell’Avviso pubblico e di accettarne integralmente le condizioni; di essere consapevole che la presentazione della domanda non determina alcun diritto all’inserimento nella programmazione né al riconoscimento di contributi o compensi; di impegnarsi, in caso di inserimento nel programma, a concordare con il Comune le condizioni organizzative ed economiche e a rispettare gli adempimenti previsti dalla normativa applicabile.</w:t>
      </w:r>
    </w:p>
    <w:p w14:paraId="1346C4F8" w14:textId="77777777" w:rsidR="000F5B88" w:rsidRDefault="00000000">
      <w:r>
        <w:t>Luogo e data ______________________________</w:t>
      </w:r>
    </w:p>
    <w:p w14:paraId="1CFF214F" w14:textId="77777777" w:rsidR="000F5B88" w:rsidRDefault="00000000">
      <w:pPr>
        <w:jc w:val="right"/>
      </w:pPr>
      <w:r>
        <w:t>Firma</w:t>
      </w:r>
      <w:r>
        <w:br/>
        <w:t>________________________________</w:t>
      </w:r>
    </w:p>
    <w:p w14:paraId="02AD848E" w14:textId="77777777" w:rsidR="000F5B88" w:rsidRDefault="00000000">
      <w:r>
        <w:rPr>
          <w:b/>
        </w:rPr>
        <w:t>La domanda deve pervenire entro e non oltre il 18 ottobre 2026 tramite PEC al Protocollo comunale oppure mediante consegna a mano presso l’Ufficio Protocollo del Comune di Castelnuovo di Porto.</w:t>
      </w:r>
    </w:p>
    <w:sectPr w:rsidR="000F5B88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874358">
    <w:abstractNumId w:val="8"/>
  </w:num>
  <w:num w:numId="2" w16cid:durableId="1620989542">
    <w:abstractNumId w:val="6"/>
  </w:num>
  <w:num w:numId="3" w16cid:durableId="548808719">
    <w:abstractNumId w:val="5"/>
  </w:num>
  <w:num w:numId="4" w16cid:durableId="1330595344">
    <w:abstractNumId w:val="4"/>
  </w:num>
  <w:num w:numId="5" w16cid:durableId="1722241172">
    <w:abstractNumId w:val="7"/>
  </w:num>
  <w:num w:numId="6" w16cid:durableId="1027753577">
    <w:abstractNumId w:val="3"/>
  </w:num>
  <w:num w:numId="7" w16cid:durableId="1344745577">
    <w:abstractNumId w:val="2"/>
  </w:num>
  <w:num w:numId="8" w16cid:durableId="1956211324">
    <w:abstractNumId w:val="1"/>
  </w:num>
  <w:num w:numId="9" w16cid:durableId="149907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B88"/>
    <w:rsid w:val="0015074B"/>
    <w:rsid w:val="001C5987"/>
    <w:rsid w:val="0029639D"/>
    <w:rsid w:val="00326F90"/>
    <w:rsid w:val="005625F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A8B4A3"/>
  <w14:defaultImageDpi w14:val="300"/>
  <w15:docId w15:val="{4416FBBA-73CE-4975-9525-0BEC94C5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Massimo Carlesimo</cp:lastModifiedBy>
  <cp:revision>2</cp:revision>
  <dcterms:created xsi:type="dcterms:W3CDTF">2026-09-28T06:16:00Z</dcterms:created>
  <dcterms:modified xsi:type="dcterms:W3CDTF">2026-09-28T06:16:00Z</dcterms:modified>
  <cp:category/>
</cp:coreProperties>
</file>